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3B915F0C"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137038" w:rsidRPr="00137038">
        <w:rPr>
          <w:rFonts w:ascii="Times New Roman" w:eastAsia="Times New Roman" w:hAnsi="Times New Roman" w:cs="Times New Roman"/>
          <w:b/>
          <w:bCs/>
          <w:sz w:val="28"/>
          <w:szCs w:val="28"/>
        </w:rPr>
        <w:t>ХАРЧОВА НАУКА І ТЕХНОЛОГІЯ</w:t>
      </w:r>
      <w:r w:rsidR="006F4DF9" w:rsidRPr="006F4DF9">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7EB29D8A"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137038" w:rsidRPr="00137038">
        <w:rPr>
          <w:rFonts w:ascii="Times New Roman" w:eastAsia="Times New Roman" w:hAnsi="Times New Roman" w:cs="Times New Roman"/>
          <w:sz w:val="28"/>
          <w:szCs w:val="28"/>
        </w:rPr>
        <w:t>Харчова наука і технологія</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D1B55" w14:textId="77777777" w:rsidR="0089564F" w:rsidRDefault="0089564F" w:rsidP="009E5415">
      <w:pPr>
        <w:spacing w:after="0" w:line="240" w:lineRule="auto"/>
      </w:pPr>
      <w:r>
        <w:separator/>
      </w:r>
    </w:p>
  </w:endnote>
  <w:endnote w:type="continuationSeparator" w:id="0">
    <w:p w14:paraId="5D2B1575" w14:textId="77777777" w:rsidR="0089564F" w:rsidRDefault="0089564F"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BBC16458-3BBB-1449-B40C-4334BF90D43A}"/>
    <w:embedBold r:id="rId2" w:fontKey="{69D0A3F8-BCBB-1A4B-B273-A5C1338F7D24}"/>
    <w:embedItalic r:id="rId3" w:fontKey="{9A88004F-C118-5C43-9799-54013B80DA12}"/>
    <w:embedBoldItalic r:id="rId4" w:fontKey="{40E415A4-FE6E-7641-B0D8-5443B617A26A}"/>
  </w:font>
  <w:font w:name="Calibri">
    <w:panose1 w:val="020F0502020204030204"/>
    <w:charset w:val="00"/>
    <w:family w:val="swiss"/>
    <w:pitch w:val="variable"/>
    <w:sig w:usb0="E0002AFF" w:usb1="C000247B" w:usb2="00000009" w:usb3="00000000" w:csb0="000001FF" w:csb1="00000000"/>
    <w:embedRegular r:id="rId5" w:fontKey="{7DB5D1CF-00D2-8A42-AF13-30DAEA17A862}"/>
    <w:embedBold r:id="rId6" w:fontKey="{FC27E554-2ACD-0E46-B7F9-D7A47545C1D9}"/>
    <w:embedItalic r:id="rId7" w:fontKey="{35626BF9-8B2E-D14A-944E-544CE345537F}"/>
    <w:embedBoldItalic r:id="rId8" w:fontKey="{056936FA-D837-E149-A120-C7D87B67A18D}"/>
  </w:font>
  <w:font w:name="Times New Roman">
    <w:panose1 w:val="02020603050405020304"/>
    <w:charset w:val="00"/>
    <w:family w:val="roman"/>
    <w:pitch w:val="variable"/>
    <w:sig w:usb0="E0002EFF" w:usb1="C000785B" w:usb2="00000009" w:usb3="00000000" w:csb0="000001FF" w:csb1="00000000"/>
    <w:embedRegular r:id="rId9" w:fontKey="{62B349CB-C0B0-DE40-8520-315AE3009267}"/>
    <w:embedBold r:id="rId10" w:fontKey="{6A7DD435-2F7E-E54D-A82D-285C107B1699}"/>
    <w:embedItalic r:id="rId11" w:fontKey="{72F7873D-3AD6-AA41-82CB-76140ABECF9B}"/>
    <w:embedBoldItalic r:id="rId12" w:fontKey="{425630B3-E5B6-324E-9684-FF87FE0EC94A}"/>
  </w:font>
  <w:font w:name="Courier">
    <w:panose1 w:val="02070309020205020404"/>
    <w:charset w:val="00"/>
    <w:family w:val="modern"/>
    <w:pitch w:val="fixed"/>
    <w:sig w:usb0="E0002AFF" w:usb1="C0007843" w:usb2="00000009" w:usb3="00000000" w:csb0="000001FF" w:csb1="00000000"/>
    <w:embedRegular r:id="rId13" w:fontKey="{4E1EEF8A-A983-F745-8478-ACAA13C26F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062C" w14:textId="77777777" w:rsidR="0089564F" w:rsidRDefault="0089564F" w:rsidP="009E5415">
      <w:pPr>
        <w:spacing w:after="0" w:line="240" w:lineRule="auto"/>
      </w:pPr>
      <w:r>
        <w:separator/>
      </w:r>
    </w:p>
  </w:footnote>
  <w:footnote w:type="continuationSeparator" w:id="0">
    <w:p w14:paraId="432A5ACF" w14:textId="77777777" w:rsidR="0089564F" w:rsidRDefault="0089564F"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0709BA"/>
    <w:rsid w:val="00137038"/>
    <w:rsid w:val="002C0472"/>
    <w:rsid w:val="00401747"/>
    <w:rsid w:val="00542BD3"/>
    <w:rsid w:val="006014DB"/>
    <w:rsid w:val="00660405"/>
    <w:rsid w:val="006F4DF9"/>
    <w:rsid w:val="00751441"/>
    <w:rsid w:val="0089564F"/>
    <w:rsid w:val="009E5415"/>
    <w:rsid w:val="00C32679"/>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1059</Words>
  <Characters>6042</Characters>
  <Application>Microsoft Office Word</Application>
  <DocSecurity>0</DocSecurity>
  <Lines>50</Lines>
  <Paragraphs>14</Paragraphs>
  <ScaleCrop>false</ScaleCrop>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2026-03-22T19:10:00Z</dcterms:created>
  <dcterms:modified xsi:type="dcterms:W3CDTF">2026-03-22T19:10:00Z</dcterms:modified>
</cp:coreProperties>
</file>